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Play Therapist</w:t>
      </w:r>
    </w:p>
    <w:p>
      <w:pPr>
        <w:spacing w:before="0" w:after="240"/>
      </w:pPr>
      <w:r>
        <w:t>I am writing to express my interest in the Play Therapist position at [Company Name]. With a strong background in child development and therapeutic play, I am confident in my ability to support children's emotional and behavioural needs.</w:t>
      </w:r>
    </w:p>
    <w:p>
      <w:pPr>
        <w:spacing w:before="0" w:after="240"/>
      </w:pPr>
      <w:r>
        <w:t>In my previous role, I worked with a child who had experienced trauma and was struggling to express his emotions. Through weekly play therapy sessions using sand tray and art materials, I helped him develop coping strategies and gradually return to a more regulated emotional state. His carers reported noticeable improvements in his behaviour and communication at home, and his school noted better engagement in class.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for your review and would welcome the opportunity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