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Podcast Producer</w:t>
      </w:r>
    </w:p>
    <w:p>
      <w:pPr>
        <w:spacing w:before="0" w:after="240"/>
      </w:pPr>
      <w:r>
        <w:t>I'm writing to apply for the Podcast Producer role at [Company Name]. I've spent the last few years across every stage of podcast production, from guest research to final master, and I'd bring that same end-to-end ownership to your show.</w:t>
      </w:r>
    </w:p>
    <w:p>
      <w:pPr>
        <w:spacing w:before="0" w:after="240"/>
      </w:pPr>
      <w:r>
        <w:t>In a previous production run, I noticed download numbers dropping off partway through episodes. I pulled the Podtrac data, found listeners were losing interest around the mid-episode ad break, and restructured the episode format to move key content earlier. Retention improved over the following month and the change became the standard template for the show.</w:t>
      </w:r>
    </w:p>
    <w:p>
      <w:pPr>
        <w:spacing w:before="0" w:after="240"/>
      </w:pPr>
      <w:r>
        <w:t>What draws me to [Company Name] specifically is [add one genuine, specific reason: a project, value, or market position you can point to]. That's the kind of environment where I do my best production work.</w:t>
      </w:r>
    </w:p>
    <w:p>
      <w:pPr>
        <w:spacing w:before="0" w:after="240"/>
      </w:pPr>
      <w:r>
        <w:t>Thank you for considering my application. I've attached my resume and would welcome the chance to talk through how I could contribute to your podcast slate.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