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Poultry Farmer</w:t>
      </w:r>
    </w:p>
    <w:p>
      <w:pPr>
        <w:spacing w:before="0" w:after="240"/>
      </w:pPr>
      <w:r>
        <w:t>I am writing to apply for the Poultry Farmer role at [Company Name]. With hands-on experience managing layer flocks and a strong focus on biosecurity and bird welfare, I am confident I can contribute to your farm's production goals.</w:t>
      </w:r>
    </w:p>
    <w:p>
      <w:pPr>
        <w:spacing w:before="0" w:after="240"/>
      </w:pPr>
      <w:r>
        <w:t>In my previous role, I managed a free-range layer flock of 15,000 birds, where I implemented a revised litter management schedule that cut mortality and improved overall flock health. I also operated and maintained automatic feeding and climate control systems, ensuring consistent conditions and reducing feed waste. My daily routine included monitoring bird behaviour, collecting and grading eggs, and maintaining strict biosecurity protocols.</w:t>
      </w:r>
    </w:p>
    <w:p>
      <w:pPr>
        <w:spacing w:before="0" w:after="240"/>
      </w:pPr>
      <w:r>
        <w:t>I am particularly drawn to [Company Name] because [add one genuine, specific reason: a project, value, or market position you can point to]. I share your commitment to sustainable and humane poultry farming.</w:t>
      </w:r>
    </w:p>
    <w:p>
      <w:pPr>
        <w:spacing w:before="0" w:after="240"/>
      </w:pPr>
      <w:r>
        <w:t>Thank you for considering my application. I have attached my resume and look forward to the opportunity to discuss how I can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