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Practice Manager</w:t>
      </w:r>
    </w:p>
    <w:p>
      <w:pPr>
        <w:spacing w:before="0" w:after="240"/>
      </w:pPr>
      <w:r>
        <w:t>I'm writing to apply for the Practice Manager role at [Company Name]. My background covers the full operational load of running a clinic, staffing, budgets, compliance and patient systems, and I'm confident I can step into this position and keep things running without a learning curve on the basics.</w:t>
      </w:r>
    </w:p>
    <w:p>
      <w:pPr>
        <w:spacing w:before="0" w:after="240"/>
      </w:pPr>
      <w:r>
        <w:t>In a previous role I coordinated a move to a new electronic health records system while keeping the clinic open and appointments running as normal. That meant training reception and clinical staff on the new software, working through data migration issues as they came up, and adjusting the appointment schedule so patients weren't affected. The result was a smoother check-in process and fewer filing errors within the first few months.</w:t>
      </w:r>
    </w:p>
    <w:p>
      <w:pPr>
        <w:spacing w:before="0" w:after="240"/>
      </w:pPr>
      <w:r>
        <w:t>What draws me to [Company Name] specifically is [add one genuine, specific reason: a project, value, or market position you can point to]. I want to work somewhere I can see the direct effect of good practice management on patient experience and staff morale.</w:t>
      </w:r>
    </w:p>
    <w:p>
      <w:pPr>
        <w:spacing w:before="0" w:after="240"/>
      </w:pPr>
      <w:r>
        <w:t>Thank you for considering my application. I've attached my resume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