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Pre-press Operator</w:t>
      </w:r>
    </w:p>
    <w:p>
      <w:pPr>
        <w:spacing w:before="0" w:after="240"/>
      </w:pPr>
      <w:r>
        <w:t>I am writing to apply for the Pre-press Operator role at [Company Name]. With experience preparing digital files for print and a sharp eye for detail, I am confident I can keep your production running smoothly from file check to plate output.</w:t>
      </w:r>
    </w:p>
    <w:p>
      <w:pPr>
        <w:spacing w:before="0" w:after="240"/>
      </w:pPr>
      <w:r>
        <w:t>In my current role, I preflight and correct client artwork before it reaches the press. By catching font and image issues early, I reduced plate remakes from around fifteen a week to under five, which kept the press running and cut waste. I also manage colour profiles and proofs for multi-page jobs, and I liaise directly with clients to confirm specifications before output.</w:t>
      </w:r>
    </w:p>
    <w:p>
      <w:pPr>
        <w:spacing w:before="0" w:after="240"/>
      </w:pPr>
      <w:r>
        <w:t>I want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chance to discuss how my pre-press skills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