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Precision Instrument Maker</w:t>
      </w:r>
    </w:p>
    <w:p>
      <w:pPr>
        <w:spacing w:before="0" w:after="240"/>
      </w:pPr>
      <w:r>
        <w:t>I am applying for the Precision Instrument Maker role at [Company Name]. With a mechanical trade qualification and experience in a calibration workshop, I build, calibrate and repair fine measuring and control instruments to tight tolerances.</w:t>
      </w:r>
    </w:p>
    <w:p>
      <w:pPr>
        <w:spacing w:before="0" w:after="240"/>
      </w:pPr>
      <w:r>
        <w:t>In my current workshop I rebuilt a batch of pressure gauges and optical alignment instruments that had been failing intermittent checks. I machined replacement pivot components by hand, adjusted each instrument against reference standards, and recorded every result. The batch returned to service with no repeat faults over the following months, and the records passed an ISO/IEC 17025 audit without corrective actions.</w:t>
      </w:r>
    </w:p>
    <w:p>
      <w:pPr>
        <w:spacing w:before="0" w:after="240"/>
      </w:pPr>
      <w:r>
        <w:t>I want to work at [Company Name] because [add one genuine, specific reason: a project, value, or market position you can point to]. I am drawn to workplaces that treat calibration and metrology as core to reliability, not as a box to tick, and I would like to contribute to that standard.</w:t>
      </w:r>
    </w:p>
    <w:p>
      <w:pPr>
        <w:spacing w:before="0" w:after="240"/>
      </w:pPr>
      <w:r>
        <w:t>Thank you for considering my application. My resume is attached, and I would welcome the chance to discuss how my instrument-making and calibration experience can support your workshop.</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