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Pressure Welder</w:t>
      </w:r>
    </w:p>
    <w:p>
      <w:pPr>
        <w:spacing w:before="0" w:after="240"/>
      </w:pPr>
      <w:r>
        <w:t>I'm applying for the Pressure Welder role at [Company Name]. My trade qualification and current welding certification cover pipe and plate positions in manual metal arc, TIG and MIG, and most of my working life has been on pressure pipework and vessels where the weld has to pass inspection the first time.</w:t>
      </w:r>
    </w:p>
    <w:p>
      <w:pPr>
        <w:spacing w:before="0" w:after="240"/>
      </w:pPr>
      <w:r>
        <w:t>On a recent pipe spool run for a gas plant upgrade, I picked up a fit-up error on a stainless spool before the root run went in, where the two halves had been bevelled to slightly different angles. Rather than weld it and fight the distortion later, I flagged it to the supervisor, re-cut the bevel and re-tacked the joint, which kept the spool out of the rework pile and kept the run on schedule for the rest of the week. The joint passed radiographic inspection.</w:t>
      </w:r>
    </w:p>
    <w:p>
      <w:pPr>
        <w:spacing w:before="0" w:after="240"/>
      </w:pPr>
      <w:r>
        <w:t>I'd like to work for [Company Name] because [add one genuine, specific reason: a project, value, or market position you can point to]. I've worked to welding procedure specifications on operating plant and I understand what it takes to keep certification current and records clean, which matters on pressure equipment work.</w:t>
      </w:r>
    </w:p>
    <w:p>
      <w:pPr>
        <w:spacing w:before="0" w:after="240"/>
      </w:pPr>
      <w:r>
        <w:t>Thank you for considering my application. My resume is attached, and I'm happy to complete a weld test to your procedures and sit any verification you need before starting.</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