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Pricing Analyst</w:t>
      </w:r>
    </w:p>
    <w:p>
      <w:pPr>
        <w:spacing w:before="0" w:after="240"/>
      </w:pPr>
      <w:r>
        <w:t>I am writing to apply for the Pricing Analyst role at [Company Name]. With a background in commercial finance and a focus on using data to set and adjust prices, I am confident I can contribute to your pricing team from the start.</w:t>
      </w:r>
    </w:p>
    <w:p>
      <w:pPr>
        <w:spacing w:before="0" w:after="240"/>
      </w:pPr>
      <w:r>
        <w:t>In my current role, I built a scenario model that compared three pricing options for a new product line. I pulled together cost, demand and competitor data, cleaned it, and modelled the margin and volume outcomes for each option. Leadership used the model to set the launch price, and after launch I monitored sell-through and flagged where a mid-cycle adjustment was warranted. The process is now the standard approach for new product pricing in my team.</w:t>
      </w:r>
    </w:p>
    <w:p>
      <w:pPr>
        <w:spacing w:before="0" w:after="240"/>
      </w:pPr>
      <w:r>
        <w:t>What draws me to [Company Name] is [add one genuine, specific reason: a project, value, or market position you can point to]. I want to work somewhere that treats pricing as a commercial lever rather than a back-office function, and your approach to [specific area] suggests that is how you operate.</w:t>
      </w:r>
    </w:p>
    <w:p>
      <w:pPr>
        <w:spacing w:before="0" w:after="240"/>
      </w:pPr>
      <w:r>
        <w:t>Thank you for considering my application. I have attached my resume and would welcome the chance to discuss how my experience could support your pricing decisions.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