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Primary Health Network Manager</w:t>
      </w:r>
    </w:p>
    <w:p>
      <w:pPr>
        <w:spacing w:before="0" w:after="240"/>
      </w:pPr>
      <w:r>
        <w:t>I am writing to apply for the role of Primary Health Network Manager with [Company Name]. With a background in commissioning primary care services and leading strategic planning, I am confident I can help your network deliver better health outcomes for the community.</w:t>
      </w:r>
    </w:p>
    <w:p>
      <w:pPr>
        <w:spacing w:before="0" w:after="240"/>
      </w:pPr>
      <w:r>
        <w:t>In my current role, I led the commissioning of a new integrated care service for people with chronic conditions. I worked closely with local GPs, allied health providers, and community representatives to design a model that addressed gaps in the current system. The service we implemented reduced avoidable hospital admissions and improved continuity of care for hundreds of residents, and it has since been expanded to other regions.</w:t>
      </w:r>
    </w:p>
    <w:p>
      <w:pPr>
        <w:spacing w:before="0" w:after="240"/>
      </w:pPr>
      <w:r>
        <w:t>I am particularly drawn to [Company Name] because [add one genuine, specific reason: a project, value, or market position you can point to]. I share your commitment to evidence-based commissioning and would welcome the chance to contribute to your work.</w:t>
      </w:r>
    </w:p>
    <w:p>
      <w:pPr>
        <w:spacing w:before="0" w:after="240"/>
      </w:pPr>
      <w:r>
        <w:t>Thank you for considering my application. My resume is attached, and I look forward to discussing how my experience in stakeholder management, contract performance, and strategic planning can support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