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Primary School Teacher</w:t>
      </w:r>
    </w:p>
    <w:p>
      <w:pPr>
        <w:spacing w:before="0" w:after="240"/>
      </w:pPr>
      <w:r>
        <w:t>I am writing to apply for the Primary School Teacher position at [Company Name]. My experience planning and delivering curriculum across literacy, numeracy, science and social studies for Years K to 6, combined with a steady approach to classroom management, makes me well suited to this role.</w:t>
      </w:r>
    </w:p>
    <w:p>
      <w:pPr>
        <w:spacing w:before="0" w:after="240"/>
      </w:pPr>
      <w:r>
        <w:t>In a recent teaching placement I redesigned a numeracy unit for a mixed-ability Year 4 class, building in differentiated tasks for students working above and below year level and checking in through short formative assessments each week. Students who had been disengaging from maths lessons began completing set tasks consistently, and I was able to report clear progress against year-level outcomes at the semester parent-teacher interviews.</w:t>
      </w:r>
    </w:p>
    <w:p>
      <w:pPr>
        <w:spacing w:before="0" w:after="240"/>
      </w:pPr>
      <w:r>
        <w:t>What draws me to [Company Name] is [add one genuine, specific reason: a project, value, or market position you can point to]. I want to bring my planning and behaviour management skills into a school where that kind of focus is valued.</w:t>
      </w:r>
    </w:p>
    <w:p>
      <w:pPr>
        <w:spacing w:before="0" w:after="240"/>
      </w:pPr>
      <w:r>
        <w:t>Thank you for considering my application. I have attached my resume and would welcome the chance to discuss how I can contribute to your teaching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