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Printer</w:t>
      </w:r>
    </w:p>
    <w:p>
      <w:pPr>
        <w:spacing w:before="0" w:after="240"/>
      </w:pPr>
      <w:r>
        <w:t>I am applying for the Printer role at [Company Name]. With trade experience across offset and digital presses, I can set up jobs efficiently, hold colour to proof and keep the finishing line moving.</w:t>
      </w:r>
    </w:p>
    <w:p>
      <w:pPr>
        <w:spacing w:before="0" w:after="240"/>
      </w:pPr>
      <w:r>
        <w:t>In my current position, I reduced make-ready waste on a five-colour offset press by standardising ink key and register settings for repeat jobs. This cut paper spoilage on short runs from 80 sheets to 30 sheets and allowed the press to start producing saleable sheets 15 minutes sooner. I also carried out routine maintenance on rollers and blankets, which lowered unplanned stoppages during night shifts.</w:t>
      </w:r>
    </w:p>
    <w:p>
      <w:pPr>
        <w:spacing w:before="0" w:after="240"/>
      </w:pPr>
      <w:r>
        <w:t>I want to work for [Company Name] because [add one genuine, specific reason: a project, value, or market position you can point to]. I am keen to bring my skills in [specific press or process] to your team.</w:t>
      </w:r>
    </w:p>
    <w:p>
      <w:pPr>
        <w:spacing w:before="0" w:after="240"/>
      </w:pPr>
      <w:r>
        <w:t>Thank you for considering my application. My resume is attached, and I would welcome the chance to discuss how I can contribute to your print room.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