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Process Worker</w:t>
      </w:r>
    </w:p>
    <w:p>
      <w:pPr>
        <w:spacing w:before="0" w:after="240"/>
      </w:pPr>
      <w:r>
        <w:t>I'm writing to apply for the Process Worker position at [Company Name]. I have hands-on experience operating and monitoring production machinery, following standard operating procedures, and keeping lines running to quality and safety standards, and I'm looking for a role where I can put that experience to use on your floor.</w:t>
      </w:r>
    </w:p>
    <w:p>
      <w:pPr>
        <w:spacing w:before="0" w:after="240"/>
      </w:pPr>
      <w:r>
        <w:t>In a previous role I picked up an inconsistency during a routine quality check partway through a run. Rather than let it pass to the next stage, I flagged it to the supervisor immediately, adjusted the machine settings under guidance, and documented the issue in the production log so the next shift had full visibility. The line was back to standard output within the same shift and no faulty product left the floor.</w:t>
      </w:r>
    </w:p>
    <w:p>
      <w:pPr>
        <w:spacing w:before="0" w:after="240"/>
      </w:pPr>
      <w:r>
        <w:t>What draws me to [Company Name] specifically is [add one genuine, specific reason: a project, value, or market position you can point to]. I want to work somewhere my attention to detail and steady approach on the line actually count toward something.</w:t>
      </w:r>
    </w:p>
    <w:p>
      <w:pPr>
        <w:spacing w:before="0" w:after="240"/>
      </w:pPr>
      <w:r>
        <w:t>Thank you for considering my application. I've attached my resume and would welcome the chance to discuss how my experience on production lines could suit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