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Procurement Officer</w:t>
      </w:r>
    </w:p>
    <w:p>
      <w:pPr>
        <w:spacing w:before="0" w:after="240"/>
      </w:pPr>
      <w:r>
        <w:t>I am writing to apply for the Procurement Officer position at [Company Name]. My background in supplier sourcing, contract negotiation, and purchase order management lines up closely with what this role requires, and I am confident I can bring both commercial discipline and reliability to your purchasing function.</w:t>
      </w:r>
    </w:p>
    <w:p>
      <w:pPr>
        <w:spacing w:before="0" w:after="240"/>
      </w:pPr>
      <w:r>
        <w:t>In a previous role, I identified that a small group of suppliers accounted for a disproportionate share of maintenance spend. I ran a re-tender process, compared quotes on price, quality, and delivery terms, and negotiated revised payment conditions that brought recurring costs down while keeping service levels intact. That work taught me how much value sits in the detail of a contract, not just the headline price.</w:t>
      </w:r>
    </w:p>
    <w:p>
      <w:pPr>
        <w:spacing w:before="0" w:after="240"/>
      </w:pPr>
      <w:r>
        <w:t>[add one genuine, specific reason: a project, value, or market position you can point to] is what draws me to [Company Name] specifically. I want to work somewhere my procurement decisions have a visible effect on how the organisation operates day to day.</w:t>
      </w:r>
    </w:p>
    <w:p>
      <w:pPr>
        <w:spacing w:before="0" w:after="240"/>
      </w:pPr>
      <w:r>
        <w:t>Thank you for considering my application. I have attached my resume and would welcome the chance to discuss how my experience in supplier management and procurement systems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