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Product Demonstrator</w:t>
      </w:r>
    </w:p>
    <w:p>
      <w:pPr>
        <w:spacing w:before="0" w:after="240"/>
      </w:pPr>
      <w:r>
        <w:t>I am writing to apply for the Product Demonstrator role with [Company Name]. With hands-on experience running sampling stands in supermarkets and shopping centres, I am confident engaging shoppers and turning product interest into sales.</w:t>
      </w:r>
    </w:p>
    <w:p>
      <w:pPr>
        <w:spacing w:before="0" w:after="240"/>
      </w:pPr>
      <w:r>
        <w:t>In my most recent demonstration work, I set up and ran a stand for a food brand across a rotating schedule of stores. I kept the sampling area tidy and safe, offered samples to shoppers, and explained features and pricing clearly. I recorded daily sales, stock use and customer feedback in Excel, and reported back to the brand representative each afternoon. By watching stock levels closely, I avoided running out of samples during peak trading and kept the stand looking full and inviting. Store staff commented that the stand brought steady foot traffic to the aisle.</w:t>
      </w:r>
    </w:p>
    <w:p>
      <w:pPr>
        <w:spacing w:before="0" w:after="240"/>
      </w:pPr>
      <w:r>
        <w:t>I would like to work for [Company Name] because [add one genuine, specific reason: a project, value, or market position you can point to]. I am keen to represent brands that value clear, honest product information and a positive in-store experience.</w:t>
      </w:r>
    </w:p>
    <w:p>
      <w:pPr>
        <w:spacing w:before="0" w:after="240"/>
      </w:pPr>
      <w:r>
        <w:t>Thank you for considering my application. I have attached my resume and would welcome the chance to discuss how I can support your demonstration program.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