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Product Demonstrator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Product Demonstrator with experience running in-store sampling stands and trade show booths for retail and wholesale brands. Confident approaching shoppers, explaining product features, and handling sales through EFTPOS and POS systems. Organised with stock, daily reporting, and the weekend or casual shift patterns this work often requires.</w:t>
      </w:r>
    </w:p>
    <w:p>
      <w:pPr>
        <w:spacing w:before="280" w:after="120"/>
        <w:jc w:val="left"/>
        <w:pBdr>
          <w:bottom w:val="single" w:sz="6" w:space="4" w:color="DFDED8"/>
        </w:pBdr>
      </w:pPr>
      <w:r>
        <w:rPr>
          <w:b/>
          <w:color w:val="2F62D9"/>
          <w:sz w:val="22"/>
        </w:rPr>
        <w:t>KEY SKILLS</w:t>
      </w:r>
    </w:p>
    <w:p>
      <w:pPr>
        <w:spacing w:before="0" w:after="200"/>
        <w:jc w:val="left"/>
      </w:pPr>
      <w:r>
        <w:t>Selling and negotiation   •   Inventory management and stock rotation   •   EFTPOS terminal operation   •   Point of sale (POS) software   •   Microsoft Excel for sales and stock reporting   •   Tablet demonstration apps   •   Customer service   •   Presenting product features and benefits   •   Written communication for daily reports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Product Demonstrator</w:t>
      </w:r>
      <w:r>
        <w:t>, [Company Name], [City]</w:t>
      </w:r>
      <w:r>
        <w:rPr>
          <w:i/>
        </w:rPr>
        <w:tab/>
        <w:t>[Month Year] – [Month Year / Present]</w:t>
      </w:r>
    </w:p>
    <w:p>
      <w:pPr>
        <w:pStyle w:val="ListBullet"/>
        <w:spacing w:after="80" w:line="276" w:lineRule="auto"/>
      </w:pPr>
      <w:r>
        <w:t>Set up and packed down demonstration stands across shopping centres and supermarkets, keeping the sampling area clean and safe for shoppers.</w:t>
      </w:r>
    </w:p>
    <w:p>
      <w:pPr>
        <w:pStyle w:val="ListBullet"/>
        <w:spacing w:after="80" w:line="276" w:lineRule="auto"/>
      </w:pPr>
      <w:r>
        <w:t>Demonstrated products to shoppers, answered questions on features and pricing, and guided interested customers to the point of sale.</w:t>
      </w:r>
    </w:p>
    <w:p>
      <w:pPr>
        <w:pStyle w:val="ListBullet"/>
        <w:spacing w:after="80" w:line="276" w:lineRule="auto"/>
      </w:pPr>
      <w:r>
        <w:t>Recorded daily sales, stock use and customer feedback in Excel, then reported results to the brand representative at the end of each shift.</w:t>
      </w:r>
    </w:p>
    <w:p>
      <w:pPr>
        <w:pStyle w:val="ListBullet"/>
        <w:spacing w:after="80" w:line="276" w:lineRule="auto"/>
      </w:pPr>
      <w:r>
        <w:t>Managed sample stock levels through a busy trading day, reducing mid-shift stock runs and keeping the stand fully stocked during peak hours.</w:t>
      </w:r>
    </w:p>
    <w:p>
      <w:pPr>
        <w:pStyle w:val="ListBullet"/>
        <w:spacing w:after="80" w:line="276" w:lineRule="auto"/>
      </w:pPr>
      <w:r>
        <w:t>Processed transactions on EFTPOS and POS systems when a demonstration converted to an immediate sale.</w:t>
      </w:r>
    </w:p>
    <w:p>
      <w:pPr>
        <w:pStyle w:val="ListBullet"/>
        <w:spacing w:after="240" w:line="276" w:lineRule="auto"/>
      </w:pPr>
      <w:r>
        <w:t>Built rapport with store staff and regular shoppers, which helped maintain a steady stream of foot traffic to the stand.</w:t>
      </w:r>
    </w:p>
    <w:p>
      <w:pPr>
        <w:spacing w:before="280" w:after="120"/>
        <w:jc w:val="left"/>
        <w:pBdr>
          <w:bottom w:val="single" w:sz="6" w:space="4" w:color="DFDED8"/>
        </w:pBdr>
      </w:pPr>
      <w:r>
        <w:rPr>
          <w:b/>
          <w:color w:val="2F62D9"/>
          <w:sz w:val="22"/>
        </w:rPr>
        <w:t>EDUCATION</w:t>
      </w:r>
    </w:p>
    <w:p>
      <w:pPr>
        <w:spacing w:before="0" w:after="200"/>
        <w:jc w:val="left"/>
      </w:pPr>
      <w:r>
        <w:t>Year 12 or equivalent. A Certificate III in Retail or a short course in sales, customer service or food safety is helpful but not required for most roles.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