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Product Grader</w:t>
      </w:r>
    </w:p>
    <w:p>
      <w:pPr>
        <w:spacing w:before="0" w:after="240"/>
      </w:pPr>
      <w:r>
        <w:t>I am writing to apply for the Product Grader role at [Company Name]. With hands-on experience grading fruit, vegetables and seafood against buyer and regulatory specifications, I can step into your team and make accurate grade calls from day one.</w:t>
      </w:r>
    </w:p>
    <w:p>
      <w:pPr>
        <w:spacing w:before="0" w:after="240"/>
      </w:pPr>
      <w:r>
        <w:t>In my most recent grading role, I inspected and sorted up to 12 tonnes of produce per shift on a line with automated optical sorters. By calibrating the TOMRA system and cross-checking samples with a refractometer and digital calipers, I reduced the number of incorrectly graded cartons reaching dispatch. I also kept QA records in Excel that gave traceability for every consignment, which helped the team respond quickly when a buyer raised a quality concern.</w:t>
      </w:r>
    </w:p>
    <w:p>
      <w:pPr>
        <w:spacing w:before="0" w:after="240"/>
      </w:pPr>
      <w:r>
        <w:t>I am drawn to [Company Name] because of your [add one genuine, specific reason: a project, value, or market position you can point to]. I want to contribute to a team that takes food safety and consistent grade standards seriously.</w:t>
      </w:r>
    </w:p>
    <w:p>
      <w:pPr>
        <w:spacing w:before="0" w:after="240"/>
      </w:pPr>
      <w:r>
        <w:t>Thank you for considering my application. My resume is attached, and I would welcome the chance to discuss how my grading experience fits your operation.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