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Production Assistant</w:t>
      </w:r>
    </w:p>
    <w:p>
      <w:pPr>
        <w:spacing w:before="0" w:after="240"/>
      </w:pPr>
      <w:r>
        <w:t>I am writing to apply for the Production Assistant role at [Company Name]. With hands-on experience supporting film, television and live event shoots, I am confident I can help keep your productions running on time and on budget.</w:t>
      </w:r>
    </w:p>
    <w:p>
      <w:pPr>
        <w:spacing w:before="0" w:after="240"/>
      </w:pPr>
      <w:r>
        <w:t>In my most recent production, I managed daily call sheets for a crew of 25 across a five-day shoot. By tracking schedule changes and distributing updated paperwork each evening, I helped the production wrap each day within the planned hours, avoiding overtime costs. I also reconciled petty cash and flagged a discrepancy in equipment hire charges before it affected the budget.</w:t>
      </w:r>
    </w:p>
    <w:p>
      <w:pPr>
        <w:spacing w:before="0" w:after="240"/>
      </w:pPr>
      <w:r>
        <w:t>I am drawn to [Company Name] because [add one genuine, specific reason: a project, value, or market position you can point to]. I would welcome the chance to contribute to your upcoming productions.</w:t>
      </w:r>
    </w:p>
    <w:p>
      <w:pPr>
        <w:spacing w:before="0" w:after="240"/>
      </w:pPr>
      <w:r>
        <w:t>Thank you for considering my application. I have attached my resume and look forward to the opportunity to discuss how I can support your production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