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Production Coordinator</w:t>
      </w:r>
    </w:p>
    <w:p>
      <w:pPr>
        <w:spacing w:before="0" w:after="240"/>
      </w:pPr>
      <w:r>
        <w:t>I am applying for the Production Coordinator role at [Company Name]. With hands-on experience coordinating schedules, budgets and crews across film and television productions, I can help your team keep shoots running smoothly from pre-production through to wrap.</w:t>
      </w:r>
    </w:p>
    <w:p>
      <w:pPr>
        <w:spacing w:before="0" w:after="240"/>
      </w:pPr>
      <w:r>
        <w:t>In my most recent production, I coordinated a cast and crew of 30 across a five-week shoot. I rebuilt the call sheet template to include supply pickup times and unit move windows, which cut late starts to fewer than two across the shoot and reduced last-minute schedule changes. I also tracked expenses against budget weekly, reconciling petty cash and purchase orders so cost overruns were caught early. That production finished on schedule and without any compliance issues.</w:t>
      </w:r>
    </w:p>
    <w:p>
      <w:pPr>
        <w:spacing w:before="0" w:after="240"/>
      </w:pPr>
      <w:r>
        <w:t>I am drawn to [Company Name] because of [add one genuine, specific reason: a project, value, or market position you can point to]. I want to bring my logistics and budgeting skills to a team that values both creative ambition and practical delivery.</w:t>
      </w:r>
    </w:p>
    <w:p>
      <w:pPr>
        <w:spacing w:before="0" w:after="240"/>
      </w:pPr>
      <w:r>
        <w:t>Thank you for considering my application. I have attached my resume and would welcome the chance to discuss how I can support your production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