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Production Designer</w:t>
      </w:r>
    </w:p>
    <w:p>
      <w:pPr>
        <w:spacing w:before="0" w:after="240"/>
      </w:pPr>
      <w:r>
        <w:t>I am writing to apply for the Production Designer role at [Company Name]. With a background in leading art departments across film, television and theatre, I bring a practical and collaborative approach to building visual worlds that serve the script.</w:t>
      </w:r>
    </w:p>
    <w:p>
      <w:pPr>
        <w:spacing w:before="0" w:after="240"/>
      </w:pPr>
      <w:r>
        <w:t>On a recent television production, I led the art department from script breakdown through to set strike. I worked closely with the director to develop a visual language for a rural period setting, researching local materials and sourcing furniture that felt authentic without blowing the budget. The sets were built on schedule and the director was able to walk onto a finished environment that matched the reference boards we had agreed on.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work that values both creative ambition and the practical realities of production, and I am keen to bring my experience in set design and team leadership to your upcoming projects.</w:t>
      </w:r>
    </w:p>
    <w:p>
      <w:pPr>
        <w:spacing w:before="0" w:after="240"/>
      </w:pPr>
      <w:r>
        <w:t>Thank you for considering my application. I have attached my resume and look forward to discussing how I can contribute to [Company Name]'s productions.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