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Production Manager</w:t>
      </w:r>
    </w:p>
    <w:p>
      <w:pPr>
        <w:spacing w:before="0" w:after="240"/>
      </w:pPr>
      <w:r>
        <w:t>I'm writing to apply for the Production Manager role at [Company Name]. I've spent my career coordinating shift teams and production schedules to hit output targets without cutting corners on safety or quality, and this role looks like a strong match for that experience.</w:t>
      </w:r>
    </w:p>
    <w:p>
      <w:pPr>
        <w:spacing w:before="0" w:after="240"/>
      </w:pPr>
      <w:r>
        <w:t>In a previous position I inherited a line with recurring unplanned downtime caused by a poorly sequenced changeover process. I worked with maintenance and the shift leads to rework the changeover steps and adjust the schedule around equipment constraints, which reduced stoppages and got the line back to consistent throughput within a few weeks. That kind of practical, floor-level problem solving is what I bring to a production environment.</w:t>
      </w:r>
    </w:p>
    <w:p>
      <w:pPr>
        <w:spacing w:before="0" w:after="240"/>
      </w:pPr>
      <w:r>
        <w:t>[add one genuine, specific reason: a project, value, or market position you can point to] is part of why I want to work at [Company Name] specifically, rather than send a generic application to any manufacturer.</w:t>
      </w:r>
    </w:p>
    <w:p>
      <w:pPr>
        <w:spacing w:before="0" w:after="240"/>
      </w:pPr>
      <w:r>
        <w:t>Thank you for considering my application. I've attached my resume with further detail on my experience managing production teams, schedules and compliance, and I'd welcome the chance to discuss how I could contribute to your operation.</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