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Professional Footballer</w:t>
      </w:r>
    </w:p>
    <w:p>
      <w:pPr>
        <w:spacing w:before="0" w:after="240"/>
      </w:pPr>
      <w:r>
        <w:t>I am writing to express my interest in the Professional Footballer role at [Company Name]. Having competed at national league level, I bring a combination of technical ability, tactical discipline and the physical resilience required to perform across a full season.</w:t>
      </w:r>
    </w:p>
    <w:p>
      <w:pPr>
        <w:spacing w:before="0" w:after="240"/>
      </w:pPr>
      <w:r>
        <w:t>In my most recent season I worked closely with the club's performance team to reduce soft tissue injury recurrence, following individual prevention programs and reporting daily GPS load data. This kept me available for the full campaign and allowed me to contribute consistently in the front third. I also used Hudl Sportscode to review opposition footage, helping the coaching staff tailor our tactical approach for key fixtures.</w:t>
      </w:r>
    </w:p>
    <w:p>
      <w:pPr>
        <w:spacing w:before="0" w:after="240"/>
      </w:pPr>
      <w:r>
        <w:t>I am drawn to [Company Name] because [add one genuine, specific reason: a project, value, or market position you can point to]. I want to bring my experience to a club that values hard work, development and a positive team culture.</w:t>
      </w:r>
    </w:p>
    <w:p>
      <w:pPr>
        <w:spacing w:before="0" w:after="240"/>
      </w:pPr>
      <w:r>
        <w:t>Thank you for considering my application. I have attached my resume and would welcome the opportunity to discuss how I can contribute to [Company Name]'s squad.</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