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Program Manager</w:t>
      </w:r>
    </w:p>
    <w:p>
      <w:pPr>
        <w:spacing w:before="0" w:after="240"/>
      </w:pPr>
      <w:r>
        <w:t>I am writing to apply for the Program Manager role at [Company Name]. With a track record of coordinating interdependent projects and reporting to executive steering committees, I am confident I can help [Company Name] deliver its program outcomes.</w:t>
      </w:r>
    </w:p>
    <w:p>
      <w:pPr>
        <w:spacing w:before="0" w:after="240"/>
      </w:pPr>
      <w:r>
        <w:t>In my current role, I consolidated budget forecasts from five project managers into a single program view, which revealed a scheduling conflict between two workstreams. By mapping the dependencies and facilitating a reallocation of resources, I kept the overall program on track and avoided a delay to the benefits realisation date.</w:t>
      </w:r>
    </w:p>
    <w:p>
      <w:pPr>
        <w:spacing w:before="0" w:after="240"/>
      </w:pPr>
      <w:r>
        <w:t>Why this employer: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look forward to discussing how my program management experience aligns with [Company Name]'s objectives.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