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Project Administrator</w:t>
      </w:r>
    </w:p>
    <w:p>
      <w:pPr>
        <w:spacing w:before="0" w:after="240"/>
      </w:pPr>
      <w:r>
        <w:t>I am writing to apply for the Project Administrator role at [Company Name]. With a track record of keeping project schedules, budgets and documentation accurate in busy delivery environments, I can step in and give the project manager back their time for the work that matters.</w:t>
      </w:r>
    </w:p>
    <w:p>
      <w:pPr>
        <w:spacing w:before="0" w:after="240"/>
      </w:pPr>
      <w:r>
        <w:t>In my most recent role I looked after the schedule, risk register and budget tracking for a program with several concurrent workstreams. When the team started missing milestone updates, I rebuilt the calendar and document naming conventions, moved the status report to a single weekly template, and set a standing check with each workstream lead a day before the report was due. Delays that used to surface at the milestone meeting were being flagged two weeks earlier, which gave the project manager room to resequence work and keep the client informed.</w:t>
      </w:r>
    </w:p>
    <w:p>
      <w:pPr>
        <w:spacing w:before="0" w:after="240"/>
      </w:pPr>
      <w:r>
        <w:t>I am applying to [Company Name] because [add one genuine, specific reason: a project, value, or market position you can point to]. I want to bring my records and budget discipline to a team whose projects I would be proud to support, and I would welcome the chance to talk about how my experience lines up with your project office.</w:t>
      </w:r>
    </w:p>
    <w:p>
      <w:pPr>
        <w:spacing w:before="0" w:after="240"/>
      </w:pPr>
      <w:r>
        <w:t>Thank you for taking the time to consider my application. My resume is attached, and I would be glad to discuss how I can support your project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