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Project Coordinator</w:t>
      </w:r>
    </w:p>
    <w:p>
      <w:pPr>
        <w:spacing w:before="0" w:after="240"/>
      </w:pPr>
      <w:r>
        <w:t>I am applying for the Project Coordinator role at [Company Name]. My background is in keeping project schedules, budgets and documentation accurate and current, so the project manager can spend their time on decisions rather than on chasing the paperwork behind them.</w:t>
      </w:r>
    </w:p>
    <w:p>
      <w:pPr>
        <w:spacing w:before="0" w:after="240"/>
      </w:pPr>
      <w:r>
        <w:t>In my current role I coordinate a rolling program of work across several teams, maintaining the schedule in Microsoft Project and Jira and tracking purchase orders and expense claims against approved allocations. When I noticed a recurring contractor invoice had been coded to the wrong cost centre, I traced it back through three months of purchase orders, corrected the entries and set up a monthly reconciliation check so the same error could not recur. The project manager started each month with a clean budget position instead of a last minute scramble before reporting.</w:t>
      </w:r>
    </w:p>
    <w:p>
      <w:pPr>
        <w:spacing w:before="0" w:after="240"/>
      </w:pPr>
      <w:r>
        <w:t>The reason I want to work at [Company Name] is [add one genuine, specific reason: a project, value, or market position you can point to]. I want to coordinate inside a team where documentation and reporting standards are taken seriously, and where I can learn from the way your governance is run rather than working around it.</w:t>
      </w:r>
    </w:p>
    <w:p>
      <w:pPr>
        <w:spacing w:before="0" w:after="240"/>
      </w:pPr>
      <w:r>
        <w:t>Thank you for considering my application. I have attached my resume and would welcome the chance to talk through how I could support your project team from the first week. I am happy to provide referees on request.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