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Proofreader</w:t>
      </w:r>
    </w:p>
    <w:p>
      <w:pPr>
        <w:spacing w:before="0" w:after="240"/>
      </w:pPr>
      <w:r>
        <w:t>I am writing to apply for the Proofreader role at [Company Name]. With a strong eye for detail and experience proofreading across a range of materials, I am confident I can help ensure your publications are accurate, consistent and ready for readers.</w:t>
      </w:r>
    </w:p>
    <w:p>
      <w:pPr>
        <w:spacing w:before="0" w:after="240"/>
      </w:pPr>
      <w:r>
        <w:t>In a recent project, I proofread a 250-page annual report against final copy, catching typographical errors, inconsistent headings and broken cross-references before it went to print. I applied the organisation's house style guide throughout and used Adobe Acrobat Pro to mark corrections clearly, querying any uncertain changes with the author. The report went to print without further corrections, and the client asked me to proofread their next two publications.</w:t>
      </w:r>
    </w:p>
    <w:p>
      <w:pPr>
        <w:spacing w:before="0" w:after="240"/>
      </w:pPr>
      <w:r>
        <w:t>I am particularly drawn to [Company Name] because [add one genuine, specific reason: a project, value, or market position you can point to]. I would welcome the chance to bring my proofreading skills to your team and contribute to the quality of your published work.</w:t>
      </w:r>
    </w:p>
    <w:p>
      <w:pPr>
        <w:spacing w:before="0" w:after="240"/>
      </w:pPr>
      <w:r>
        <w:t>Thank you for considering my application. My resume is attached, and I would be glad to discuss how I can support your publication process.</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