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Prosthetist and Orthotist</w:t>
      </w:r>
    </w:p>
    <w:p>
      <w:pPr>
        <w:spacing w:before="0" w:after="240"/>
      </w:pPr>
      <w:r>
        <w:t>I am applying for the Prosthetist and Orthotist role at [Company Name]. With a clinical background in assessing, designing and fitting prostheses and orthoses, I am confident I can support your patients to move and live more independently.</w:t>
      </w:r>
    </w:p>
    <w:p>
      <w:pPr>
        <w:spacing w:before="0" w:after="240"/>
      </w:pPr>
      <w:r>
        <w:t>In my current role, I assess patients with limb loss and neuromuscular conditions, cast and scan limbs to capture accurate shapes, and fabricate devices using both CAD/CAM and hand techniques. One recent project involved refining our digital scanning workflow for transtibial prostheses, which reduced repeat fittings from three to one for most patients and cut turnaround times from five days to three. I also run follow-up clinics to review comfort, function and skin health, and I educate patients and carers on wear schedules and device care so they can manage their devices confidently.</w:t>
      </w:r>
    </w:p>
    <w:p>
      <w:pPr>
        <w:spacing w:before="0" w:after="240"/>
      </w:pPr>
      <w:r>
        <w:t>I am drawn to [Company Name] because [add one genuine, specific reason: a project, value, or market position you can point to]. I am keen to bring my clinical assessment and fabrication skills to a team that values patient-centred outcomes and ongoing device review.</w:t>
      </w:r>
    </w:p>
    <w:p>
      <w:pPr>
        <w:spacing w:before="0" w:after="240"/>
      </w:pPr>
      <w:r>
        <w:t>Thank you for considering my application. I have attached my resume and would welcome the opportunity to discuss how I can contribute to your service.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