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Prosthodontist</w:t>
      </w:r>
    </w:p>
    <w:p>
      <w:pPr>
        <w:spacing w:before="0" w:after="240"/>
      </w:pPr>
      <w:r>
        <w:t>I am writing to express my interest in the Prosthodontist position at [Company Name]. With specialist registration and a strong background in complex restorative and implant dentistry, I am confident I can contribute to your team and deliver high-quality patient care.</w:t>
      </w:r>
    </w:p>
    <w:p>
      <w:pPr>
        <w:spacing w:before="0" w:after="240"/>
      </w:pPr>
      <w:r>
        <w:t>In my current role, I have restored function and aesthetics for patients with extensive tooth loss using implant-supported prostheses. I implemented digital scanning workflows with 3Shape TRIOS, which improved patient comfort and reduced impression time. I also collaborated closely with dental technicians to refine prosthesis fit and shade, leading to fewer remake visits and better outcomes.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eager to bring my skills in occlusal rehabilitation and digital dentistry to your practice.</w:t>
      </w:r>
    </w:p>
    <w:p>
      <w:pPr>
        <w:spacing w:before="0" w:after="240"/>
      </w:pPr>
      <w:r>
        <w:t>Thank you for considering my application. I have attached my resume and look forward to the opportunity to discuss how I can contribute to your team. I am available for an interview at your convenience.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