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Quality Engineer</w:t>
      </w:r>
    </w:p>
    <w:p>
      <w:pPr>
        <w:spacing w:before="0" w:after="240"/>
      </w:pPr>
      <w:r>
        <w:t>I am applying for the Quality Engineer role at [Company Name]. My background is in manufacturing quality, and I have spent that time on the floor and in the lab turning defect data into process changes that hold after the improvement project is closed.</w:t>
      </w:r>
    </w:p>
    <w:p>
      <w:pPr>
        <w:spacing w:before="0" w:after="240"/>
      </w:pPr>
      <w:r>
        <w:t>In my most recent role I owned the corrective action process for a component that was generating repeated customer rejects. I pulled six months of inspection data, then ran a gauge R&amp;R to check whether the measurement itself was part of the problem. It was: two operators were inspecting to different drawing callouts. I rewrote the inspection procedure with photographs and a defined datum, retrained both shifts, and the reject rate fell over the following production cycle and stayed down through the next internal audit.</w:t>
      </w:r>
    </w:p>
    <w:p>
      <w:pPr>
        <w:spacing w:before="0" w:after="240"/>
      </w:pPr>
      <w:r>
        <w:t>What draws me to [Company Name] is [add one genuine, specific reason: a project, value, or market position you can point to]. I want to work somewhere the quality function is treated as part of production rather than a checkpoint at the end of it, and where there is scope to use process data to prevent defects rather than just record them.</w:t>
      </w:r>
    </w:p>
    <w:p>
      <w:pPr>
        <w:spacing w:before="0" w:after="240"/>
      </w:pPr>
      <w:r>
        <w:t>Thank you for considering my application. My resume is attached, and I would welcome the chance to talk through how I would approach quality engineering at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