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Racehorse Trainer</w:t>
      </w:r>
    </w:p>
    <w:p>
      <w:pPr>
        <w:spacing w:before="0" w:after="240"/>
      </w:pPr>
      <w:r>
        <w:t>I am writing to apply for the Racehorse Trainer role at [Company Name]. With hands-on experience conditioning thoroughbreds and managing stable operations, I am confident I can prepare horses to race at their best while keeping owners informed and staff working safely.</w:t>
      </w:r>
    </w:p>
    <w:p>
      <w:pPr>
        <w:spacing w:before="0" w:after="240"/>
      </w:pPr>
      <w:r>
        <w:t>In my current role, I oversee a team of stable staff and manage the daily training of up to 20 horses. I plan individual fitness programs, supervise trackwork and adjust routines based on each horse's soundness and recovery. A key achievement was reorganising our feeding and stabling schedule to cut feed waste and improve condition across the stable, which helped several horses return to winning form after long spells.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stable that values horse welfare and long-term success as much as immediate results.</w:t>
      </w:r>
    </w:p>
    <w:p>
      <w:pPr>
        <w:spacing w:before="0" w:after="240"/>
      </w:pPr>
      <w:r>
        <w:t>Thank you for considering my application. My resume is attached, and I look forward to discussing how my experience can benefit your stable.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