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Radiation Oncologist</w:t>
      </w:r>
    </w:p>
    <w:p>
      <w:pPr>
        <w:spacing w:before="0" w:after="240"/>
      </w:pPr>
      <w:r>
        <w:t>I am writing to apply for the position of Radiation Oncologist at [Company Name]. With FRANZCR and AHPRA specialist registration, and experience planning and delivering radiotherapy across multiple tumour sites, I am confident I can contribute to your team from the start.</w:t>
      </w:r>
    </w:p>
    <w:p>
      <w:pPr>
        <w:spacing w:before="0" w:after="240"/>
      </w:pPr>
      <w:r>
        <w:t>In my current role, I led the introduction of a same-week contouring review for complex head and neck cases, bringing together radiation therapists, medical physicists and registrars. This reduced planning revisions and improved consistency before treatment start, while keeping patients informed about their plan and expected side effects. I also worked with the nursing team to standardise supportive care during treatment, which helped patients complete their courses with fewer unplanned interruptions.</w:t>
      </w:r>
    </w:p>
    <w:p>
      <w:pPr>
        <w:spacing w:before="0" w:after="240"/>
      </w:pPr>
      <w:r>
        <w:t>I am drawn to [Company Name] because [add one genuine, specific reason: a project, value, or market position you can point to]. I want to work somewhere that values evidence-based practice and invests in the multidisciplinary model of care, and I would welcome the chance to contribute to your service.</w:t>
      </w:r>
    </w:p>
    <w:p>
      <w:pPr>
        <w:spacing w:before="0" w:after="240"/>
      </w:pPr>
      <w:r>
        <w:t>Thank you for considering my application. My resume is attached, and I would welcome the opportunity to discuss how my clinical and planning experience can support your patients and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