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Radio Presenter</w:t>
      </w:r>
    </w:p>
    <w:p>
      <w:pPr>
        <w:spacing w:before="0" w:after="240"/>
      </w:pPr>
      <w:r>
        <w:t>I'm writing to apply for the Radio Presenter position at [Company Name]. I've spent time behind the mic building live shows from the ground up, and I want to bring that on-air energy and editorial judgment to your station.</w:t>
      </w:r>
    </w:p>
    <w:p>
      <w:pPr>
        <w:spacing w:before="0" w:after="240"/>
      </w:pPr>
      <w:r>
        <w:t>In my most recent presenting role I ran a weekday show solo, managing the desk, taking listener calls and pivoting content when a booked interview fell through ten minutes before air. I filled the gap with a live audience Q&amp;A that kept engagement steady through the break, then turned it into a regular feature once producers saw how well it landed.</w:t>
      </w:r>
    </w:p>
    <w:p>
      <w:pPr>
        <w:spacing w:before="0" w:after="240"/>
      </w:pPr>
      <w:r>
        <w:t>[Company Name] [add one genuine, specific reason: a project, value, or market position you can point to], and that's the kind of environment where I want to keep developing as a presenter.</w:t>
      </w:r>
    </w:p>
    <w:p>
      <w:pPr>
        <w:spacing w:before="0" w:after="240"/>
      </w:pPr>
      <w:r>
        <w:t>Thank you for considering my application. I've attached my resume with more detail on my broadcast experience and would welcome the chance to talk through how I could fit into your programming.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