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Railway Station Assistant</w:t>
      </w:r>
    </w:p>
    <w:p>
      <w:pPr>
        <w:spacing w:before="0" w:after="240"/>
      </w:pPr>
      <w:r>
        <w:t>I am writing to apply for the Railway Station Assistant role at [Company Name]. With my strong customer service background and commitment to safety, I am confident I can help deliver a positive experience for passengers.</w:t>
      </w:r>
    </w:p>
    <w:p>
      <w:pPr>
        <w:spacing w:before="0" w:after="240"/>
      </w:pPr>
      <w:r>
        <w:t>In my previous role, I provided front-line support at a busy metropolitan station, handling up to 150 passenger enquiries per shift. I also operated public address systems during a major signalling disruption, coordinating with train control to arrange replacement buses for over 300 commuters, which helped keep passengers informed and reduced confusion on the platform.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