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Real Estate Agent</w:t>
      </w:r>
    </w:p>
    <w:p>
      <w:pPr>
        <w:spacing w:before="0" w:after="240"/>
      </w:pPr>
      <w:r>
        <w:t>I'm writing to apply for the Real Estate Agent position with [Company Name]. I've spent my career listing, marketing and negotiating property sales, and I'm confident I can bring that same discipline to your sales team.</w:t>
      </w:r>
    </w:p>
    <w:p>
      <w:pPr>
        <w:spacing w:before="0" w:after="240"/>
      </w:pPr>
      <w:r>
        <w:t>In a recent role I took on a listing that had sat on the market with little interest. I reworked the price guide after running a fresh comparative market analysis, refreshed the online listing photos and copy, and personally followed up every enquiry from the next open inspection. The property went under contract within weeks, at a price the vendor was happy with, after months of no traction.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fits how I want to build my client base and reputation in this market.</w:t>
      </w:r>
    </w:p>
    <w:p>
      <w:pPr>
        <w:spacing w:before="0" w:after="240"/>
      </w:pPr>
      <w:r>
        <w:t>Thank you for considering my application. I've attached my resume and would welcome the chance to discuss how I can contribute to your listings and sales targets.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