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Receptionist</w:t>
      </w:r>
    </w:p>
    <w:p>
      <w:pPr>
        <w:spacing w:before="0" w:after="240"/>
      </w:pPr>
      <w:r>
        <w:t>I'm writing to apply for the Receptionist position at [Company Name]. I bring solid experience managing visitor flow, phone enquiries and appointment scheduling, and I understand how much a well-run front desk shapes a client's first impression of an organisation.</w:t>
      </w:r>
    </w:p>
    <w:p>
      <w:pPr>
        <w:spacing w:before="0" w:after="240"/>
      </w:pPr>
      <w:r>
        <w:t>In my most recent reception role, I managed a busy multi-line phone system alongside walk-in visitors and appointment bookings for several departments. I set up a simple colour-coded diary system that cut down double-bookings and made handovers between shifts much smoother, which staff and clients both noticed.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I'd welcome the chance to bring my organisational approach to your front desk.</w:t>
      </w:r>
    </w:p>
    <w:p>
      <w:pPr>
        <w:spacing w:before="0" w:after="240"/>
      </w:pPr>
      <w:r>
        <w:t>Thank you for considering my application. I've attached my resume and would welcome the opportunity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