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Refinery Operator</w:t>
      </w:r>
    </w:p>
    <w:p>
      <w:pPr>
        <w:spacing w:before="0" w:after="240"/>
      </w:pPr>
      <w:r>
        <w:t>I am writing to apply for the Refinery Operator position at [Company Name]. I have practical experience monitoring control room instruments and operating processing equipment in a continuous shift environment, and I bring the vigilance and procedural discipline this role requires.</w:t>
      </w:r>
    </w:p>
    <w:p>
      <w:pPr>
        <w:spacing w:before="0" w:after="240"/>
      </w:pPr>
      <w:r>
        <w:t>In my current role I track flow rates, temperatures and pressures across processing units against set operating limits, and respond to alarms and deviations against standard operating procedures. When a pump seal began showing early signs of wear during a night shift, I picked it up from a subtle trend in the DCS readings, logged it clearly for the incoming shift and escalated it to maintenance, which let the unit keep running through to the next planned outage rather than triggering an unplanned trip.</w:t>
      </w:r>
    </w:p>
    <w:p>
      <w:pPr>
        <w:spacing w:before="0" w:after="240"/>
      </w:pPr>
      <w:r>
        <w:t>[Company Name] stands out to me because [add one genuine, specific reason: a project, value, or market position you can point to]. I want to bring my control room experience and safety focus to a site where that matters.</w:t>
      </w:r>
    </w:p>
    <w:p>
      <w:pPr>
        <w:spacing w:before="0" w:after="240"/>
      </w:pPr>
      <w:r>
        <w:t>Thank you for considering my application. I've attached my resume and would welcome the chance to discuss how my experience fits your operations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