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0"/>
      </w:pPr>
      <w:r>
        <w:rPr>
          <w:b/>
          <w:color w:val="14161D"/>
          <w:sz w:val="40"/>
        </w:rPr>
        <w:t>Your Name</w:t>
      </w:r>
    </w:p>
    <w:p>
      <w:pPr>
        <w:spacing w:before="0" w:after="320"/>
      </w:pPr>
      <w:r>
        <w:rPr>
          <w:color w:val="4B5058"/>
          <w:sz w:val="19"/>
        </w:rPr>
        <w:t>your.email@example.com   •   0400 000 000</w:t>
      </w:r>
    </w:p>
    <w:p>
      <w:pPr>
        <w:spacing w:before="0" w:after="200"/>
      </w:pPr>
      <w:r>
        <w:t>[Date]</w:t>
      </w:r>
    </w:p>
    <w:p>
      <w:pPr>
        <w:spacing w:before="0" w:after="200"/>
      </w:pPr>
      <w:r>
        <w:t>[Hiring Manager Name]</w:t>
        <w:br/>
        <w:t>[Company Name]</w:t>
        <w:br/>
        <w:t>[Company Address]</w:t>
      </w:r>
    </w:p>
    <w:p>
      <w:pPr>
        <w:spacing w:before="120" w:after="280"/>
        <w:pBdr>
          <w:bottom w:val="single" w:sz="6" w:space="4" w:color="DFDED8"/>
        </w:pBdr>
      </w:pPr>
      <w:r>
        <w:rPr>
          <w:b/>
          <w:color w:val="2F62D9"/>
          <w:sz w:val="24"/>
        </w:rPr>
        <w:t>Re: Application for Reflexologist</w:t>
      </w:r>
    </w:p>
    <w:p>
      <w:pPr>
        <w:spacing w:before="0" w:after="240"/>
      </w:pPr>
      <w:r>
        <w:t>I am writing to apply for the Reflexologist position at [Company Name]. With a Certificate IV in Reflexology and hands-on experience in client consultation and treatment planning, I am confident I can support your clients' relaxation and wellbeing goals.</w:t>
      </w:r>
    </w:p>
    <w:p>
      <w:pPr>
        <w:spacing w:before="0" w:after="240"/>
      </w:pPr>
      <w:r>
        <w:t>In my previous role, I worked with a client who experienced chronic stress and sleep difficulties. After a thorough health history consultation, I developed a treatment plan focusing on reflex points for relaxation and advised her on a simple evening routine. Over six sessions, she reported falling asleep faster and feeling more rested.</w:t>
      </w:r>
    </w:p>
    <w:p>
      <w:pPr>
        <w:spacing w:before="0" w:after="240"/>
      </w:pPr>
      <w:r>
        <w:t>[add one genuine, specific reason: a project, value, or market position you can point to]. I am drawn to [Company Name]'s approach to holistic care and would welcome the chance to contribute.</w:t>
      </w:r>
    </w:p>
    <w:p>
      <w:pPr>
        <w:spacing w:before="0" w:after="240"/>
      </w:pPr>
      <w:r>
        <w:t>Thank you for considering my application. I have attached my resume and look forward to discussing how my skills in reflexology and client care align with your team's needs.</w:t>
      </w:r>
    </w:p>
    <w:p>
      <w:pPr>
        <w:spacing w:before="160" w:after="0"/>
      </w:pPr>
      <w:r>
        <w:t>Kind regards,</w:t>
        <w:br/>
        <w:t>Your Name</w:t>
      </w:r>
    </w:p>
    <w:sectPr w:rsidR="00FC693F" w:rsidRPr="0006063C" w:rsidSect="00034616">
      <w:pgSz w:w="12240" w:h="15840"/>
      <w:pgMar w:top="1152" w:right="1296" w:bottom="1152" w:left="129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200" w:line="300" w:lineRule="auto"/>
    </w:pPr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