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Refuge Worker</w:t>
      </w:r>
    </w:p>
    <w:p>
      <w:pPr>
        <w:spacing w:before="0" w:after="240"/>
      </w:pPr>
      <w:r>
        <w:t>I am writing to apply for the Refuge Worker position at [Company Name]. With my background in crisis support and casework, I am confident I can help your team provide a safe and supportive environment for residents.</w:t>
      </w:r>
    </w:p>
    <w:p>
      <w:pPr>
        <w:spacing w:before="0" w:after="240"/>
      </w:pPr>
      <w:r>
        <w:t>In my previous role, I supported women and children escaping domestic violence by conducting immediate safety assessments and developing tailored safety plans. I coordinated referrals to legal aid, housing services and health providers, and advocated on behalf of residents with government agencies. One of my key achievements was reducing the time it took for residents to access stable housing by streamlining the referral process, which helped families move forward more quickly.</w:t>
      </w:r>
    </w:p>
    <w:p>
      <w:pPr>
        <w:spacing w:before="0" w:after="240"/>
      </w:pPr>
      <w:r>
        <w:t>I am particularly drawn to [Company Name] because [add one genuine, specific reason: a project, value, or market position you can point to]. I am eager to contribute to your work supporting people in crisis.</w:t>
      </w:r>
    </w:p>
    <w:p>
      <w:pPr>
        <w:spacing w:before="0" w:after="240"/>
      </w:pPr>
      <w:r>
        <w:t>Thank you for considering my application. I have attached my resume for your review and would welcome the opportunity to discuss how my skills align with your needs.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