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Religious Assistant</w:t>
      </w:r>
    </w:p>
    <w:p>
      <w:pPr>
        <w:spacing w:before="0" w:after="240"/>
      </w:pPr>
      <w:r>
        <w:t>I am writing to apply for the Religious Assistant position at [Company Name]. With a background in pastoral care and church administration, I am confident I can support your clergy and congregation effectively.</w:t>
      </w:r>
    </w:p>
    <w:p>
      <w:pPr>
        <w:spacing w:before="0" w:after="240"/>
      </w:pPr>
      <w:r>
        <w:t>In my previous role, I assisted with worship preparation and coordinated volunteers for religious education. I introduced a simple scheduling system using Planning Center that reduced roster gaps and ensured every class had a leader. I also provided pastoral care to members, including regular visits to those in hospital, and helped organise a community outreach event that brought together over 30 volunteers.</w:t>
      </w:r>
    </w:p>
    <w:p>
      <w:pPr>
        <w:spacing w:before="0" w:after="240"/>
      </w:pPr>
      <w:r>
        <w:t>I am drawn to [Company Name] because of [add one genuine, specific reason: a project, value, or market position you can point to]. I would welcome the chance to contribute to your mission and support your community.</w:t>
      </w:r>
    </w:p>
    <w:p>
      <w:pPr>
        <w:spacing w:before="0" w:after="240"/>
      </w:pPr>
      <w:r>
        <w:t>Thank you for considering my application. My resume is attached, and I would welcome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