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Remote Area Nurse</w:t>
      </w:r>
    </w:p>
    <w:p>
      <w:pPr>
        <w:spacing w:before="0" w:after="240"/>
      </w:pPr>
      <w:r>
        <w:t>I am writing to apply for the Remote Area Nurse position with [Company Name]. With my background in autonomous clinical practice and cultural safety in isolated settings, I am confident I can deliver comprehensive care to your community.</w:t>
      </w:r>
    </w:p>
    <w:p>
      <w:pPr>
        <w:spacing w:before="0" w:after="240"/>
      </w:pPr>
      <w:r>
        <w:t>In my recent role, I managed a remote clinic where I was the sole health professional for a community several hours from the nearest hospital. I developed care plans for patients with chronic conditions, coordinated telehealth reviews with visiting specialists, and led emergency responses, including stabilising a patient with chest pain until the Royal Flying Doctor Service arrived. I also ran weekly health education sessions on nutrition and diabetes, which helped improve medication adherence across the community.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contribute to your team and continue learning from your approach to remote health.</w:t>
      </w:r>
    </w:p>
    <w:p>
      <w:pPr>
        <w:spacing w:before="0" w:after="240"/>
      </w:pPr>
      <w:r>
        <w:t>Thank you for considering my application. I have attached my resume and look forward to discussing how my skills can support your community.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