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Removalist</w:t>
      </w:r>
    </w:p>
    <w:p>
      <w:pPr>
        <w:spacing w:before="0" w:after="240"/>
      </w:pPr>
      <w:r>
        <w:t>I am writing to apply for the Removalist position at [Company Name]. My background covers household and office moves from packing and wrapping through to load restraint, truck driving and furniture reassembly, so I can join a crew and pull my weight from the first job.</w:t>
      </w:r>
    </w:p>
    <w:p>
      <w:pPr>
        <w:spacing w:before="0" w:after="240"/>
      </w:pPr>
      <w:r>
        <w:t>In my most recent role I worked in a crew of four moving a four-bedroom household in a single day, including a piano and a large glass display cabinet. I planned the load so heavy items went in first and over the axles, and the fragile pieces were wrapped and braced against the truck wall, and everything arrived without a damage claim. On office relocations I labelled and photographed modular desks before dismantling, which shortened reassembly at the new site and meant no parts went missing across two floors.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hold a heavy rigid licence, I am comfortable with pre-start checks, load restraint and the paperwork that keeps a job moving, and I would like to bring that to a company whose work I can see and stand behind.</w:t>
      </w:r>
    </w:p>
    <w:p>
      <w:pPr>
        <w:spacing w:before="0" w:after="240"/>
      </w:pPr>
      <w:r>
        <w:t>Thank you for considering my application. My resume is attached and I would welcome the chance to talk about how I can help your crews on the road.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