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Reservations Agent</w:t>
      </w:r>
    </w:p>
    <w:p>
      <w:pPr>
        <w:spacing w:before="0" w:after="240"/>
      </w:pPr>
      <w:r>
        <w:t>I am writing to apply for the Reservations Agent role at [Company Name]. With experience in hotel and tour reservations, I am confident I can keep your booking systems accurate and your guests well informed.</w:t>
      </w:r>
    </w:p>
    <w:p>
      <w:pPr>
        <w:spacing w:before="0" w:after="240"/>
      </w:pPr>
      <w:r>
        <w:t>In my current position, I process room and tour bookings across phone, email and online channels, and I reconcile daily reservations with the front office and suppliers. When a tour operator added a group of 30 guests at short notice, I checked availability in Opera PMS, reallocated rooms from a flexible block, updated the rooming list, and sent revised details to the hotel before arrival. The group checked in without issue and the operator booked with us again the following season.</w:t>
      </w:r>
    </w:p>
    <w:p>
      <w:pPr>
        <w:spacing w:before="0" w:after="240"/>
      </w:pPr>
      <w:r>
        <w:t>I am drawn to [Company Name] because [add one genuine, specific reason: a project, value, or market position you can point to]. I want to contribute to a team that takes pride in smooth arrivals and clear communication, and I am keen to learn how your reservations operation runs.</w:t>
      </w:r>
    </w:p>
    <w:p>
      <w:pPr>
        <w:spacing w:before="0" w:after="240"/>
      </w:pPr>
      <w:r>
        <w:t>Thank you for considering my application. My resume is attached, and I would welcome the chance to discuss how my skills can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