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Residential Care Worker</w:t>
      </w:r>
    </w:p>
    <w:p>
      <w:pPr>
        <w:spacing w:before="0" w:after="240"/>
      </w:pPr>
      <w:r>
        <w:t>I am applying for the Residential Care Worker position at [Company Name]. With hands-on experience supporting older people and people with disability in residential settings, I am confident I can provide respectful, person-centred care as part of your team.</w:t>
      </w:r>
    </w:p>
    <w:p>
      <w:pPr>
        <w:spacing w:before="0" w:after="240"/>
      </w:pPr>
      <w:r>
        <w:t>In my current role, I support up to 12 residents each shift with personal care, meals, mobility and continence needs. I follow individual care plans closely and report any changes in condition to the registered nurse, which has helped keep clinical reviews timely and handovers clear. I also use Leecare and AutumnCare for daily notes and medication prompts, and I maintain infection control and hygiene standards to protect residents and staff.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shares my commitment to dignity, choice and safety for every resident.</w:t>
      </w:r>
    </w:p>
    <w:p>
      <w:pPr>
        <w:spacing w:before="0" w:after="240"/>
      </w:pPr>
      <w:r>
        <w:t>Thank you for considering my application. I have attached my resume and would welcome the chance to discuss how my experience can support your residents and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