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Restoration Technician</w:t>
      </w:r>
    </w:p>
    <w:p>
      <w:pPr>
        <w:spacing w:before="0" w:after="240"/>
      </w:pPr>
      <w:r>
        <w:t>I am writing to apply for the Restoration Technician role at [Company Name]. With hands-on experience in water, fire and mould damage remediation, I am confident in my ability to assess damage, operate specialist equipment and restore properties to a safe, habitable condition.</w:t>
      </w:r>
    </w:p>
    <w:p>
      <w:pPr>
        <w:spacing w:before="0" w:after="240"/>
      </w:pPr>
      <w:r>
        <w:t>In my current role, I have managed restoration projects from initial assessment through to final documentation. For example, after a burst pipe flooded a ground-floor office, I used moisture meters and thermal imaging to map the affected areas, extracted standing water and set up air movers and dehumidifiers. I removed damaged plasterboard and insulation, applied antimicrobial treatment and documented the drying process with daily readings and photos. The property was returned to the owner ahead of schedule and the insurer approved the claim without dispute.</w:t>
      </w:r>
    </w:p>
    <w:p>
      <w:pPr>
        <w:spacing w:before="0" w:after="240"/>
      </w:pPr>
      <w:r>
        <w:t>I am particularly drawn to [Company Name] because [add one genuine, specific reason: a project, value, or market position you can point to]. I am keen to contribute to a team that takes pride in technical excellence and client care.</w:t>
      </w:r>
    </w:p>
    <w:p>
      <w:pPr>
        <w:spacing w:before="0" w:after="240"/>
      </w:pPr>
      <w:r>
        <w:t>Thank you for considering my application. My resume is attached, and I would welcome the opportunity to discuss how my skills and experience can support your restoration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