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Retirement Village Manager</w:t>
      </w:r>
    </w:p>
    <w:p>
      <w:pPr>
        <w:spacing w:before="0" w:after="240"/>
      </w:pPr>
      <w:r>
        <w:t>I am applying for the Retirement Village Manager role at [Company Name]. With hands-on experience running the daily operations of a retirement community, I bring a practical mix of budgeting, maintenance coordination, compliance and resident support that fits the demands of this position.</w:t>
      </w:r>
    </w:p>
    <w:p>
      <w:pPr>
        <w:spacing w:before="0" w:after="240"/>
      </w:pPr>
      <w:r>
        <w:t>In my current role I manage a village of over 200 independent living units, overseeing a maintenance schedule that covers everything from urgent repairs to planned upgrades. By reviewing our service contracts and reorganising how trade requests were logged and dispatched, I reduced the average turnaround for non-urgent repairs from five days to three. I also introduced a monthly resident forum where concerns could be raised directly with management, which cut the number of complaints escalating to formal stages and gave residents a clearer line of sight on what was being fixed and when.</w:t>
      </w:r>
    </w:p>
    <w:p>
      <w:pPr>
        <w:spacing w:before="0" w:after="240"/>
      </w:pPr>
      <w:r>
        <w:t>Why [Company Name]? [add one genuine, specific reason: a project, value, or market position you can point to]. I want to work somewhere that treats the village as a community, not just a property portfolio, and I would bring the same focus on resident wellbeing and operational discipline to your team.</w:t>
      </w:r>
    </w:p>
    <w:p>
      <w:pPr>
        <w:spacing w:before="0" w:after="240"/>
      </w:pPr>
      <w:r>
        <w:t>Thank you for considering my application. My resume is attached and I would welcome the chance to discuss how my experience aligns with the needs of your village.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