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Rideshare Driver</w:t>
      </w:r>
    </w:p>
    <w:p>
      <w:pPr>
        <w:spacing w:before="0" w:after="240"/>
      </w:pPr>
      <w:r>
        <w:t>I am applying for the Rideshare Driver role with [Company Name]. With a current driver accreditation, a full Australian driver licence and years of on demand passenger work behind me, I can start accepting trips and representing your platform properly from the first shift.</w:t>
      </w:r>
    </w:p>
    <w:p>
      <w:pPr>
        <w:spacing w:before="0" w:after="240"/>
      </w:pPr>
      <w:r>
        <w:t>Most of my recent work has been airport and late night city trips, which is where the job is really tested. I keep the car spotless and the cabin quiet, confirm the destination at pick up, and follow the passenger's preference on route and music rather than assuming. When a passenger left a phone in the back seat after a run to the airport, I logged it through the app, drove the handset back to the terminal the same morning and still made my next booking. That is the part of this work that decides whether someone rates you five stars or complains, and it is the part I take seriously.</w:t>
      </w:r>
    </w:p>
    <w:p>
      <w:pPr>
        <w:spacing w:before="0" w:after="240"/>
      </w:pPr>
      <w:r>
        <w:t>I want to drive with [add one genuine, specific reason: a project, value, or market position you can point to]. [Company Name] is the platform I would choose to put my accreditation and my vehicle behind, and I would like to understand how your driver support and incentives work in practice before I commit my hours.</w:t>
      </w:r>
    </w:p>
    <w:p>
      <w:pPr>
        <w:spacing w:before="0" w:after="240"/>
      </w:pPr>
      <w:r>
        <w:t>Thank you for considering my application. My resume is attached and sets out my driving history, accreditation status and vehicle details, and I am available for an onboarding interview at short notice.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