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Roller Operator</w:t>
      </w:r>
    </w:p>
    <w:p>
      <w:pPr>
        <w:spacing w:before="0" w:after="240"/>
      </w:pPr>
      <w:r>
        <w:t>I am writing to apply for the Roller Operator role at [Company Name]. With hands-on experience compacting earth, gravel and asphalt on road and subdivision projects, I can step onto your site and work to survey pegs, test results and production targets from day one.</w:t>
      </w:r>
    </w:p>
    <w:p>
      <w:pPr>
        <w:spacing w:before="0" w:after="240"/>
      </w:pPr>
      <w:r>
        <w:t>In my most recent role, I operated smooth drum and padfoot rollers on a subdivision project where the spec called for tight grade tolerances. By checking survey pegs regularly, adjusting passes based on density test results and coordinating with the grader and truck drivers, I helped the crew pass compaction checks without rework. I also kept my machine in good order through daily pre-start inspections, which cut unplanned downtime on my roller.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compaction quality and safety seriously, and I would like to bring my experience to your projects.</w:t>
      </w:r>
    </w:p>
    <w:p>
      <w:pPr>
        <w:spacing w:before="0" w:after="240"/>
      </w:pPr>
      <w:r>
        <w:t>Thank you for considering my application. I have attached my resume, which outlines my competencies, machine experience and safety record. I would welcome the chance to discuss how I can contribute to your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