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Roof Plumber</w:t>
      </w:r>
    </w:p>
    <w:p>
      <w:pPr>
        <w:spacing w:before="0" w:after="240"/>
      </w:pPr>
      <w:r>
        <w:t>I am applying for the Roof Plumber role with [Company Name]. With hands-on experience in metal roofing, gutters, downpipes and flashings, and a current plumbing registration, I can step onto residential and light commercial roofs and deliver watertight work that passes inspection.</w:t>
      </w:r>
    </w:p>
    <w:p>
      <w:pPr>
        <w:spacing w:before="0" w:after="240"/>
      </w:pPr>
      <w:r>
        <w:t>In my most recent role I installed roof drainage and flashings across a 14-home development. I set out each roof from plans, fabricated custom flashings on site and tested every downpipe before handover. The roofs passed final plumbing inspection without rework, and the supervisor asked me to lead the flashing detail on the next stage.</w:t>
      </w:r>
    </w:p>
    <w:p>
      <w:pPr>
        <w:spacing w:before="0" w:after="240"/>
      </w:pPr>
      <w:r>
        <w:t>I want to work for [Company Name] because [add one genuine, specific reason: a project, value, or market position you can point to]. I am looking for a team that takes pride in clean roof lines, safe work at height and doing the detail properly the first time.</w:t>
      </w:r>
    </w:p>
    <w:p>
      <w:pPr>
        <w:spacing w:before="0" w:after="240"/>
      </w:pPr>
      <w:r>
        <w:t>Thank you for considering my application. I have attached my resume and would welcome the chance to discuss how my roof plumbing experience fits your upcoming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