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ROV Pilot</w:t>
      </w:r>
    </w:p>
    <w:p>
      <w:pPr>
        <w:spacing w:before="0" w:after="240"/>
      </w:pPr>
      <w:r>
        <w:t>I am applying for the ROV Pilot role at [Company Name], bringing a track record of safe and efficient ROV operations in offshore environments.</w:t>
      </w:r>
    </w:p>
    <w:p>
      <w:pPr>
        <w:spacing w:before="0" w:after="240"/>
      </w:pPr>
      <w:r>
        <w:t>In my current role, I piloted an ROV to inspect a critical subsea pipeline, where I identified a small but potentially serious leak. My quick reporting and coordination with the dive team allowed for a timely repair, avoiding significant environmental and operational impact.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for your review and look forward to the opportunity to discuss how my skills and experience can benefit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