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Rubber Machine Operator</w:t>
      </w:r>
    </w:p>
    <w:p>
      <w:pPr>
        <w:spacing w:before="0" w:after="240"/>
      </w:pPr>
      <w:r>
        <w:t>I am writing to apply for the Rubber Machine Operator position at [Company Name]. With hands-on experience running mixing mills, extruders and moulding presses, I am confident I can contribute to your production team from day one.</w:t>
      </w:r>
    </w:p>
    <w:p>
      <w:pPr>
        <w:spacing w:before="0" w:after="240"/>
      </w:pPr>
      <w:r>
        <w:t>In my previous role, I operated a two-roll mixing mill and a rubber extruder, monitoring temperature and pressure to meet tight tolerances. When a recurring defect appeared on a moulded part, I worked with the maintenance team to adjust the cure cycle and cleaning schedule, which reduced rejects from 15 per shift to 3 and kept the line running without unplanned downtime.</w:t>
      </w:r>
    </w:p>
    <w:p>
      <w:pPr>
        <w:spacing w:before="0" w:after="240"/>
      </w:pPr>
      <w:r>
        <w:t>I am particularly interested in working for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I have attached my resume for your review and would welcome the opportunity to discuss how my skills fit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