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Sail Maker</w:t>
      </w:r>
    </w:p>
    <w:p>
      <w:pPr>
        <w:spacing w:before="0" w:after="240"/>
      </w:pPr>
      <w:r>
        <w:t>I am writing to apply for the Sail Maker position at [Company Name]. With hands-on experience cutting and assembling sails and canvas products, I am confident I can contribute to your team.</w:t>
      </w:r>
    </w:p>
    <w:p>
      <w:pPr>
        <w:spacing w:before="0" w:after="240"/>
      </w:pPr>
      <w:r>
        <w:t>In my current role, I measure and cut sailcloth from design plans, then assemble panels on the loft floor. I recently completed a full sail repair for a client's 40-foot yacht ahead of a weekend regatta, re-cutting the leech and replacing batten pockets so the sail performed reliably in strong conditions.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welcome the chance to bring my sail making skills to your workshop.</w:t>
      </w:r>
    </w:p>
    <w:p>
      <w:pPr>
        <w:spacing w:before="0" w:after="240"/>
      </w:pPr>
      <w:r>
        <w:t>Thank you for considering my application. My resume is attached, and I look forward to discussing how I can contribute to your sail making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